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C178C2" w14:textId="77777777" w:rsidR="0011587B" w:rsidRDefault="00000000">
      <w:pPr>
        <w:spacing w:after="0"/>
        <w:jc w:val="center"/>
        <w:rPr>
          <w:b/>
          <w:sz w:val="22"/>
        </w:rPr>
      </w:pPr>
      <w:r>
        <w:rPr>
          <w:b/>
          <w:sz w:val="22"/>
        </w:rPr>
        <w:t xml:space="preserve">T.C. KİLİS 7 ARALIK ÜNİVERSİTESİ </w:t>
      </w:r>
    </w:p>
    <w:p w14:paraId="1FB39A9D" w14:textId="5F65A6EB" w:rsidR="00196CA2" w:rsidRDefault="00000000">
      <w:pPr>
        <w:spacing w:after="0"/>
        <w:jc w:val="center"/>
      </w:pPr>
      <w:r>
        <w:rPr>
          <w:b/>
          <w:sz w:val="22"/>
        </w:rPr>
        <w:t>LİSANSÜSTÜ EĞİTİM ENSTİTÜSÜ</w:t>
      </w:r>
    </w:p>
    <w:p w14:paraId="53AF50AF" w14:textId="77777777" w:rsidR="0011587B" w:rsidRDefault="00000000">
      <w:pPr>
        <w:spacing w:after="0"/>
        <w:jc w:val="center"/>
        <w:rPr>
          <w:b/>
          <w:sz w:val="22"/>
        </w:rPr>
      </w:pPr>
      <w:r>
        <w:rPr>
          <w:b/>
          <w:sz w:val="22"/>
        </w:rPr>
        <w:t xml:space="preserve">2018-2019 EĞİTİM ÖĞRETİM YILI </w:t>
      </w:r>
    </w:p>
    <w:p w14:paraId="483F35E0" w14:textId="456F2370" w:rsidR="00196CA2" w:rsidRDefault="00000000">
      <w:pPr>
        <w:spacing w:after="0"/>
        <w:jc w:val="center"/>
      </w:pPr>
      <w:r>
        <w:rPr>
          <w:b/>
          <w:sz w:val="22"/>
        </w:rPr>
        <w:t>SAĞLIK YÖNETİMİ TEZSİZ YÜKSEK LİSANS PROGRAMI</w:t>
      </w:r>
    </w:p>
    <w:p w14:paraId="3C02BF19" w14:textId="77777777" w:rsidR="00196CA2" w:rsidRDefault="00000000">
      <w:pPr>
        <w:spacing w:after="0"/>
        <w:jc w:val="center"/>
        <w:rPr>
          <w:b/>
          <w:sz w:val="22"/>
        </w:rPr>
      </w:pPr>
      <w:r>
        <w:rPr>
          <w:b/>
          <w:sz w:val="22"/>
        </w:rPr>
        <w:t>DERS KATALOĞU</w:t>
      </w:r>
    </w:p>
    <w:p w14:paraId="19DEB3C6" w14:textId="77777777" w:rsidR="0011587B" w:rsidRDefault="0011587B">
      <w:pPr>
        <w:spacing w:after="0"/>
        <w:jc w:val="center"/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64"/>
        <w:gridCol w:w="3118"/>
        <w:gridCol w:w="510"/>
        <w:gridCol w:w="369"/>
        <w:gridCol w:w="369"/>
        <w:gridCol w:w="369"/>
        <w:gridCol w:w="482"/>
        <w:gridCol w:w="964"/>
        <w:gridCol w:w="3118"/>
        <w:gridCol w:w="510"/>
        <w:gridCol w:w="369"/>
        <w:gridCol w:w="369"/>
        <w:gridCol w:w="369"/>
        <w:gridCol w:w="482"/>
      </w:tblGrid>
      <w:tr w:rsidR="00196CA2" w14:paraId="0751A7D1" w14:textId="77777777">
        <w:trPr>
          <w:tblHeader/>
        </w:trPr>
        <w:tc>
          <w:tcPr>
            <w:tcW w:w="964" w:type="dxa"/>
            <w:shd w:val="clear" w:color="auto" w:fill="D9EAF7"/>
            <w:vAlign w:val="center"/>
          </w:tcPr>
          <w:p w14:paraId="5069EB10" w14:textId="77777777" w:rsidR="00196CA2" w:rsidRDefault="00000000">
            <w:pPr>
              <w:jc w:val="center"/>
            </w:pPr>
            <w:proofErr w:type="spellStart"/>
            <w:r>
              <w:rPr>
                <w:b/>
                <w:sz w:val="16"/>
              </w:rPr>
              <w:t>Kod</w:t>
            </w:r>
            <w:proofErr w:type="spellEnd"/>
          </w:p>
        </w:tc>
        <w:tc>
          <w:tcPr>
            <w:tcW w:w="3118" w:type="dxa"/>
            <w:shd w:val="clear" w:color="auto" w:fill="D9EAF7"/>
            <w:vAlign w:val="center"/>
          </w:tcPr>
          <w:p w14:paraId="0A6B9B82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I. YARIYIL</w:t>
            </w:r>
          </w:p>
        </w:tc>
        <w:tc>
          <w:tcPr>
            <w:tcW w:w="510" w:type="dxa"/>
            <w:shd w:val="clear" w:color="auto" w:fill="D9EAF7"/>
            <w:vAlign w:val="center"/>
          </w:tcPr>
          <w:p w14:paraId="5D3983C5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Statü</w:t>
            </w:r>
          </w:p>
        </w:tc>
        <w:tc>
          <w:tcPr>
            <w:tcW w:w="369" w:type="dxa"/>
            <w:shd w:val="clear" w:color="auto" w:fill="D9EAF7"/>
            <w:vAlign w:val="center"/>
          </w:tcPr>
          <w:p w14:paraId="02810997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T</w:t>
            </w:r>
          </w:p>
        </w:tc>
        <w:tc>
          <w:tcPr>
            <w:tcW w:w="369" w:type="dxa"/>
            <w:shd w:val="clear" w:color="auto" w:fill="D9EAF7"/>
            <w:vAlign w:val="center"/>
          </w:tcPr>
          <w:p w14:paraId="2B59A459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U</w:t>
            </w:r>
          </w:p>
        </w:tc>
        <w:tc>
          <w:tcPr>
            <w:tcW w:w="369" w:type="dxa"/>
            <w:shd w:val="clear" w:color="auto" w:fill="D9EAF7"/>
            <w:vAlign w:val="center"/>
          </w:tcPr>
          <w:p w14:paraId="2902B08B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K</w:t>
            </w:r>
          </w:p>
        </w:tc>
        <w:tc>
          <w:tcPr>
            <w:tcW w:w="482" w:type="dxa"/>
            <w:shd w:val="clear" w:color="auto" w:fill="D9EAF7"/>
            <w:vAlign w:val="center"/>
          </w:tcPr>
          <w:p w14:paraId="673B968A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AKTS</w:t>
            </w:r>
          </w:p>
        </w:tc>
        <w:tc>
          <w:tcPr>
            <w:tcW w:w="964" w:type="dxa"/>
            <w:shd w:val="clear" w:color="auto" w:fill="D9EAF7"/>
            <w:vAlign w:val="center"/>
          </w:tcPr>
          <w:p w14:paraId="740B285C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Kod</w:t>
            </w:r>
          </w:p>
        </w:tc>
        <w:tc>
          <w:tcPr>
            <w:tcW w:w="3118" w:type="dxa"/>
            <w:shd w:val="clear" w:color="auto" w:fill="D9EAF7"/>
            <w:vAlign w:val="center"/>
          </w:tcPr>
          <w:p w14:paraId="6B1857C4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II. YARIYIL</w:t>
            </w:r>
          </w:p>
        </w:tc>
        <w:tc>
          <w:tcPr>
            <w:tcW w:w="510" w:type="dxa"/>
            <w:shd w:val="clear" w:color="auto" w:fill="D9EAF7"/>
            <w:vAlign w:val="center"/>
          </w:tcPr>
          <w:p w14:paraId="1FEBEE45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Statü</w:t>
            </w:r>
          </w:p>
        </w:tc>
        <w:tc>
          <w:tcPr>
            <w:tcW w:w="369" w:type="dxa"/>
            <w:shd w:val="clear" w:color="auto" w:fill="D9EAF7"/>
            <w:vAlign w:val="center"/>
          </w:tcPr>
          <w:p w14:paraId="39208E7B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T</w:t>
            </w:r>
          </w:p>
        </w:tc>
        <w:tc>
          <w:tcPr>
            <w:tcW w:w="369" w:type="dxa"/>
            <w:shd w:val="clear" w:color="auto" w:fill="D9EAF7"/>
            <w:vAlign w:val="center"/>
          </w:tcPr>
          <w:p w14:paraId="3106CE1D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U</w:t>
            </w:r>
          </w:p>
        </w:tc>
        <w:tc>
          <w:tcPr>
            <w:tcW w:w="369" w:type="dxa"/>
            <w:shd w:val="clear" w:color="auto" w:fill="D9EAF7"/>
            <w:vAlign w:val="center"/>
          </w:tcPr>
          <w:p w14:paraId="6D1E08AC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K</w:t>
            </w:r>
          </w:p>
        </w:tc>
        <w:tc>
          <w:tcPr>
            <w:tcW w:w="482" w:type="dxa"/>
            <w:shd w:val="clear" w:color="auto" w:fill="D9EAF7"/>
            <w:vAlign w:val="center"/>
          </w:tcPr>
          <w:p w14:paraId="343F9C08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AKTS</w:t>
            </w:r>
          </w:p>
        </w:tc>
      </w:tr>
      <w:tr w:rsidR="00196CA2" w14:paraId="2E9AD6FC" w14:textId="77777777">
        <w:tc>
          <w:tcPr>
            <w:tcW w:w="964" w:type="dxa"/>
            <w:vAlign w:val="center"/>
          </w:tcPr>
          <w:p w14:paraId="629FA649" w14:textId="77777777" w:rsidR="00196CA2" w:rsidRDefault="00000000">
            <w:pPr>
              <w:jc w:val="center"/>
            </w:pPr>
            <w:r>
              <w:rPr>
                <w:sz w:val="15"/>
              </w:rPr>
              <w:t>9201101</w:t>
            </w:r>
          </w:p>
        </w:tc>
        <w:tc>
          <w:tcPr>
            <w:tcW w:w="3118" w:type="dxa"/>
            <w:vAlign w:val="center"/>
          </w:tcPr>
          <w:p w14:paraId="21BB228D" w14:textId="77777777" w:rsidR="00196CA2" w:rsidRDefault="00000000">
            <w:r>
              <w:rPr>
                <w:sz w:val="15"/>
              </w:rPr>
              <w:t>Yönetim ve Organizasyon</w:t>
            </w:r>
          </w:p>
        </w:tc>
        <w:tc>
          <w:tcPr>
            <w:tcW w:w="510" w:type="dxa"/>
            <w:vAlign w:val="center"/>
          </w:tcPr>
          <w:p w14:paraId="23294182" w14:textId="77777777" w:rsidR="00196CA2" w:rsidRDefault="00000000">
            <w:pPr>
              <w:jc w:val="center"/>
            </w:pPr>
            <w:r>
              <w:rPr>
                <w:sz w:val="15"/>
              </w:rPr>
              <w:t>Z</w:t>
            </w:r>
          </w:p>
        </w:tc>
        <w:tc>
          <w:tcPr>
            <w:tcW w:w="369" w:type="dxa"/>
            <w:vAlign w:val="center"/>
          </w:tcPr>
          <w:p w14:paraId="00C2DA3E" w14:textId="77777777" w:rsidR="00196CA2" w:rsidRDefault="00000000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69" w:type="dxa"/>
            <w:vAlign w:val="center"/>
          </w:tcPr>
          <w:p w14:paraId="4E3B30F9" w14:textId="77777777" w:rsidR="00196CA2" w:rsidRDefault="00000000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369" w:type="dxa"/>
            <w:vAlign w:val="center"/>
          </w:tcPr>
          <w:p w14:paraId="4FD29FFE" w14:textId="77777777" w:rsidR="00196CA2" w:rsidRDefault="00000000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482" w:type="dxa"/>
            <w:vAlign w:val="center"/>
          </w:tcPr>
          <w:p w14:paraId="5E50A8EA" w14:textId="77777777" w:rsidR="00196CA2" w:rsidRDefault="00000000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964" w:type="dxa"/>
            <w:vAlign w:val="center"/>
          </w:tcPr>
          <w:p w14:paraId="576D0A73" w14:textId="77777777" w:rsidR="00196CA2" w:rsidRDefault="00000000">
            <w:pPr>
              <w:jc w:val="center"/>
            </w:pPr>
            <w:r>
              <w:rPr>
                <w:sz w:val="15"/>
              </w:rPr>
              <w:t>9201102</w:t>
            </w:r>
          </w:p>
        </w:tc>
        <w:tc>
          <w:tcPr>
            <w:tcW w:w="3118" w:type="dxa"/>
            <w:vAlign w:val="center"/>
          </w:tcPr>
          <w:p w14:paraId="0D36B7C5" w14:textId="77777777" w:rsidR="00196CA2" w:rsidRDefault="00000000">
            <w:r>
              <w:rPr>
                <w:sz w:val="15"/>
              </w:rPr>
              <w:t>Sağlık Kurumlarında Örgütsel Davranış</w:t>
            </w:r>
          </w:p>
        </w:tc>
        <w:tc>
          <w:tcPr>
            <w:tcW w:w="510" w:type="dxa"/>
            <w:vAlign w:val="center"/>
          </w:tcPr>
          <w:p w14:paraId="0734B9D1" w14:textId="77777777" w:rsidR="00196CA2" w:rsidRDefault="00000000">
            <w:pPr>
              <w:jc w:val="center"/>
            </w:pPr>
            <w:r>
              <w:rPr>
                <w:sz w:val="15"/>
              </w:rPr>
              <w:t>Z</w:t>
            </w:r>
          </w:p>
        </w:tc>
        <w:tc>
          <w:tcPr>
            <w:tcW w:w="369" w:type="dxa"/>
            <w:vAlign w:val="center"/>
          </w:tcPr>
          <w:p w14:paraId="0CC931B7" w14:textId="77777777" w:rsidR="00196CA2" w:rsidRDefault="00000000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69" w:type="dxa"/>
            <w:vAlign w:val="center"/>
          </w:tcPr>
          <w:p w14:paraId="1D84E218" w14:textId="77777777" w:rsidR="00196CA2" w:rsidRDefault="00000000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369" w:type="dxa"/>
            <w:vAlign w:val="center"/>
          </w:tcPr>
          <w:p w14:paraId="0DE2776E" w14:textId="77777777" w:rsidR="00196CA2" w:rsidRDefault="00000000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482" w:type="dxa"/>
            <w:vAlign w:val="center"/>
          </w:tcPr>
          <w:p w14:paraId="440C8017" w14:textId="77777777" w:rsidR="00196CA2" w:rsidRDefault="00000000">
            <w:pPr>
              <w:jc w:val="center"/>
            </w:pPr>
            <w:r>
              <w:rPr>
                <w:sz w:val="15"/>
              </w:rPr>
              <w:t>6</w:t>
            </w:r>
          </w:p>
        </w:tc>
      </w:tr>
      <w:tr w:rsidR="00196CA2" w14:paraId="084B6417" w14:textId="77777777">
        <w:tc>
          <w:tcPr>
            <w:tcW w:w="964" w:type="dxa"/>
            <w:vAlign w:val="center"/>
          </w:tcPr>
          <w:p w14:paraId="05365938" w14:textId="77777777" w:rsidR="00196CA2" w:rsidRDefault="00000000">
            <w:pPr>
              <w:jc w:val="center"/>
            </w:pPr>
            <w:r>
              <w:rPr>
                <w:sz w:val="15"/>
              </w:rPr>
              <w:t>9201103</w:t>
            </w:r>
          </w:p>
        </w:tc>
        <w:tc>
          <w:tcPr>
            <w:tcW w:w="3118" w:type="dxa"/>
            <w:vAlign w:val="center"/>
          </w:tcPr>
          <w:p w14:paraId="11095A64" w14:textId="77777777" w:rsidR="00196CA2" w:rsidRDefault="00000000">
            <w:r>
              <w:rPr>
                <w:sz w:val="15"/>
              </w:rPr>
              <w:t>Sağlık ve Hastane Yönetimi</w:t>
            </w:r>
          </w:p>
        </w:tc>
        <w:tc>
          <w:tcPr>
            <w:tcW w:w="510" w:type="dxa"/>
            <w:vAlign w:val="center"/>
          </w:tcPr>
          <w:p w14:paraId="2EDD65C7" w14:textId="77777777" w:rsidR="00196CA2" w:rsidRDefault="00000000">
            <w:pPr>
              <w:jc w:val="center"/>
            </w:pPr>
            <w:r>
              <w:rPr>
                <w:sz w:val="15"/>
              </w:rPr>
              <w:t>Z</w:t>
            </w:r>
          </w:p>
        </w:tc>
        <w:tc>
          <w:tcPr>
            <w:tcW w:w="369" w:type="dxa"/>
            <w:vAlign w:val="center"/>
          </w:tcPr>
          <w:p w14:paraId="7E9646A6" w14:textId="77777777" w:rsidR="00196CA2" w:rsidRDefault="00000000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69" w:type="dxa"/>
            <w:vAlign w:val="center"/>
          </w:tcPr>
          <w:p w14:paraId="662159D2" w14:textId="77777777" w:rsidR="00196CA2" w:rsidRDefault="00000000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369" w:type="dxa"/>
            <w:vAlign w:val="center"/>
          </w:tcPr>
          <w:p w14:paraId="287FAF5F" w14:textId="77777777" w:rsidR="00196CA2" w:rsidRDefault="00000000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482" w:type="dxa"/>
            <w:vAlign w:val="center"/>
          </w:tcPr>
          <w:p w14:paraId="4577A06F" w14:textId="77777777" w:rsidR="00196CA2" w:rsidRDefault="00000000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964" w:type="dxa"/>
            <w:vAlign w:val="center"/>
          </w:tcPr>
          <w:p w14:paraId="1952A2C2" w14:textId="77777777" w:rsidR="00196CA2" w:rsidRDefault="00000000">
            <w:pPr>
              <w:jc w:val="center"/>
            </w:pPr>
            <w:r>
              <w:rPr>
                <w:sz w:val="15"/>
              </w:rPr>
              <w:t>9201104</w:t>
            </w:r>
          </w:p>
        </w:tc>
        <w:tc>
          <w:tcPr>
            <w:tcW w:w="3118" w:type="dxa"/>
            <w:vAlign w:val="center"/>
          </w:tcPr>
          <w:p w14:paraId="123ABD8D" w14:textId="77777777" w:rsidR="00196CA2" w:rsidRDefault="00000000">
            <w:r>
              <w:rPr>
                <w:sz w:val="15"/>
              </w:rPr>
              <w:t>Sağlık Kurumlarında Finans Yönetimi</w:t>
            </w:r>
          </w:p>
        </w:tc>
        <w:tc>
          <w:tcPr>
            <w:tcW w:w="510" w:type="dxa"/>
            <w:vAlign w:val="center"/>
          </w:tcPr>
          <w:p w14:paraId="7286923A" w14:textId="77777777" w:rsidR="00196CA2" w:rsidRDefault="00000000">
            <w:pPr>
              <w:jc w:val="center"/>
            </w:pPr>
            <w:r>
              <w:rPr>
                <w:sz w:val="15"/>
              </w:rPr>
              <w:t>Z</w:t>
            </w:r>
          </w:p>
        </w:tc>
        <w:tc>
          <w:tcPr>
            <w:tcW w:w="369" w:type="dxa"/>
            <w:vAlign w:val="center"/>
          </w:tcPr>
          <w:p w14:paraId="2FA4AA44" w14:textId="77777777" w:rsidR="00196CA2" w:rsidRDefault="00000000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69" w:type="dxa"/>
            <w:vAlign w:val="center"/>
          </w:tcPr>
          <w:p w14:paraId="5B24BB75" w14:textId="77777777" w:rsidR="00196CA2" w:rsidRDefault="00000000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369" w:type="dxa"/>
            <w:vAlign w:val="center"/>
          </w:tcPr>
          <w:p w14:paraId="2B385FA8" w14:textId="77777777" w:rsidR="00196CA2" w:rsidRDefault="00000000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482" w:type="dxa"/>
            <w:vAlign w:val="center"/>
          </w:tcPr>
          <w:p w14:paraId="2CBA75F1" w14:textId="77777777" w:rsidR="00196CA2" w:rsidRDefault="00000000">
            <w:pPr>
              <w:jc w:val="center"/>
            </w:pPr>
            <w:r>
              <w:rPr>
                <w:sz w:val="15"/>
              </w:rPr>
              <w:t>6</w:t>
            </w:r>
          </w:p>
        </w:tc>
      </w:tr>
      <w:tr w:rsidR="00196CA2" w14:paraId="0EA0E51E" w14:textId="77777777">
        <w:tc>
          <w:tcPr>
            <w:tcW w:w="964" w:type="dxa"/>
            <w:vAlign w:val="center"/>
          </w:tcPr>
          <w:p w14:paraId="4F4B690C" w14:textId="77777777" w:rsidR="00196CA2" w:rsidRDefault="00000000">
            <w:pPr>
              <w:jc w:val="center"/>
            </w:pPr>
            <w:r>
              <w:rPr>
                <w:sz w:val="15"/>
              </w:rPr>
              <w:t>9201105</w:t>
            </w:r>
          </w:p>
        </w:tc>
        <w:tc>
          <w:tcPr>
            <w:tcW w:w="3118" w:type="dxa"/>
            <w:vAlign w:val="center"/>
          </w:tcPr>
          <w:p w14:paraId="1B09CF06" w14:textId="77777777" w:rsidR="00196CA2" w:rsidRDefault="00000000">
            <w:r>
              <w:rPr>
                <w:sz w:val="15"/>
              </w:rPr>
              <w:t>Sağlık Yönetiminde Araştırma Yöntemleri</w:t>
            </w:r>
          </w:p>
        </w:tc>
        <w:tc>
          <w:tcPr>
            <w:tcW w:w="510" w:type="dxa"/>
            <w:vAlign w:val="center"/>
          </w:tcPr>
          <w:p w14:paraId="6257CE9A" w14:textId="77777777" w:rsidR="00196CA2" w:rsidRDefault="00000000">
            <w:pPr>
              <w:jc w:val="center"/>
            </w:pPr>
            <w:r>
              <w:rPr>
                <w:sz w:val="15"/>
              </w:rPr>
              <w:t>Z</w:t>
            </w:r>
          </w:p>
        </w:tc>
        <w:tc>
          <w:tcPr>
            <w:tcW w:w="369" w:type="dxa"/>
            <w:vAlign w:val="center"/>
          </w:tcPr>
          <w:p w14:paraId="5D9DD757" w14:textId="77777777" w:rsidR="00196CA2" w:rsidRDefault="00000000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69" w:type="dxa"/>
            <w:vAlign w:val="center"/>
          </w:tcPr>
          <w:p w14:paraId="0B5B05F1" w14:textId="77777777" w:rsidR="00196CA2" w:rsidRDefault="00000000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369" w:type="dxa"/>
            <w:vAlign w:val="center"/>
          </w:tcPr>
          <w:p w14:paraId="3DFFA027" w14:textId="77777777" w:rsidR="00196CA2" w:rsidRDefault="00000000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482" w:type="dxa"/>
            <w:vAlign w:val="center"/>
          </w:tcPr>
          <w:p w14:paraId="12AFDB73" w14:textId="77777777" w:rsidR="00196CA2" w:rsidRDefault="00000000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964" w:type="dxa"/>
            <w:vAlign w:val="center"/>
          </w:tcPr>
          <w:p w14:paraId="7F82981A" w14:textId="77777777" w:rsidR="00196CA2" w:rsidRDefault="00000000">
            <w:pPr>
              <w:jc w:val="center"/>
            </w:pPr>
            <w:r>
              <w:rPr>
                <w:sz w:val="15"/>
              </w:rPr>
              <w:t>9201106</w:t>
            </w:r>
          </w:p>
        </w:tc>
        <w:tc>
          <w:tcPr>
            <w:tcW w:w="3118" w:type="dxa"/>
            <w:vAlign w:val="center"/>
          </w:tcPr>
          <w:p w14:paraId="501208AB" w14:textId="77777777" w:rsidR="00196CA2" w:rsidRDefault="00000000">
            <w:r>
              <w:rPr>
                <w:sz w:val="15"/>
              </w:rPr>
              <w:t>Sağlık Yönetiminde Klinik Liderlik</w:t>
            </w:r>
          </w:p>
        </w:tc>
        <w:tc>
          <w:tcPr>
            <w:tcW w:w="510" w:type="dxa"/>
            <w:vAlign w:val="center"/>
          </w:tcPr>
          <w:p w14:paraId="5EE35F43" w14:textId="77777777" w:rsidR="00196CA2" w:rsidRDefault="00000000">
            <w:pPr>
              <w:jc w:val="center"/>
            </w:pPr>
            <w:r>
              <w:rPr>
                <w:sz w:val="15"/>
              </w:rPr>
              <w:t>Z</w:t>
            </w:r>
          </w:p>
        </w:tc>
        <w:tc>
          <w:tcPr>
            <w:tcW w:w="369" w:type="dxa"/>
            <w:vAlign w:val="center"/>
          </w:tcPr>
          <w:p w14:paraId="53CA70B2" w14:textId="77777777" w:rsidR="00196CA2" w:rsidRDefault="00000000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69" w:type="dxa"/>
            <w:vAlign w:val="center"/>
          </w:tcPr>
          <w:p w14:paraId="185230F6" w14:textId="77777777" w:rsidR="00196CA2" w:rsidRDefault="00000000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369" w:type="dxa"/>
            <w:vAlign w:val="center"/>
          </w:tcPr>
          <w:p w14:paraId="242D0E1B" w14:textId="77777777" w:rsidR="00196CA2" w:rsidRDefault="00000000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482" w:type="dxa"/>
            <w:vAlign w:val="center"/>
          </w:tcPr>
          <w:p w14:paraId="6F82F93F" w14:textId="77777777" w:rsidR="00196CA2" w:rsidRDefault="00000000">
            <w:pPr>
              <w:jc w:val="center"/>
            </w:pPr>
            <w:r>
              <w:rPr>
                <w:sz w:val="15"/>
              </w:rPr>
              <w:t>6</w:t>
            </w:r>
          </w:p>
        </w:tc>
      </w:tr>
      <w:tr w:rsidR="00196CA2" w14:paraId="3D198D74" w14:textId="77777777">
        <w:tc>
          <w:tcPr>
            <w:tcW w:w="964" w:type="dxa"/>
            <w:vAlign w:val="center"/>
          </w:tcPr>
          <w:p w14:paraId="4D8273B5" w14:textId="77777777" w:rsidR="00196CA2" w:rsidRDefault="00196CA2">
            <w:pPr>
              <w:jc w:val="center"/>
            </w:pPr>
          </w:p>
        </w:tc>
        <w:tc>
          <w:tcPr>
            <w:tcW w:w="3118" w:type="dxa"/>
            <w:vAlign w:val="center"/>
          </w:tcPr>
          <w:p w14:paraId="209DCF5B" w14:textId="77777777" w:rsidR="00196CA2" w:rsidRDefault="00196CA2"/>
        </w:tc>
        <w:tc>
          <w:tcPr>
            <w:tcW w:w="510" w:type="dxa"/>
            <w:vAlign w:val="center"/>
          </w:tcPr>
          <w:p w14:paraId="61289F69" w14:textId="77777777" w:rsidR="00196CA2" w:rsidRDefault="00196CA2">
            <w:pPr>
              <w:jc w:val="center"/>
            </w:pPr>
          </w:p>
        </w:tc>
        <w:tc>
          <w:tcPr>
            <w:tcW w:w="369" w:type="dxa"/>
            <w:vAlign w:val="center"/>
          </w:tcPr>
          <w:p w14:paraId="6E7878AD" w14:textId="77777777" w:rsidR="00196CA2" w:rsidRDefault="00196CA2">
            <w:pPr>
              <w:jc w:val="center"/>
            </w:pPr>
          </w:p>
        </w:tc>
        <w:tc>
          <w:tcPr>
            <w:tcW w:w="369" w:type="dxa"/>
            <w:vAlign w:val="center"/>
          </w:tcPr>
          <w:p w14:paraId="1EBA7684" w14:textId="77777777" w:rsidR="00196CA2" w:rsidRDefault="00196CA2">
            <w:pPr>
              <w:jc w:val="center"/>
            </w:pPr>
          </w:p>
        </w:tc>
        <w:tc>
          <w:tcPr>
            <w:tcW w:w="369" w:type="dxa"/>
            <w:vAlign w:val="center"/>
          </w:tcPr>
          <w:p w14:paraId="72616E8E" w14:textId="77777777" w:rsidR="00196CA2" w:rsidRDefault="00196CA2">
            <w:pPr>
              <w:jc w:val="center"/>
            </w:pPr>
          </w:p>
        </w:tc>
        <w:tc>
          <w:tcPr>
            <w:tcW w:w="482" w:type="dxa"/>
            <w:vAlign w:val="center"/>
          </w:tcPr>
          <w:p w14:paraId="1EDB3E2A" w14:textId="77777777" w:rsidR="00196CA2" w:rsidRDefault="00196CA2">
            <w:pPr>
              <w:jc w:val="center"/>
            </w:pPr>
          </w:p>
        </w:tc>
        <w:tc>
          <w:tcPr>
            <w:tcW w:w="964" w:type="dxa"/>
            <w:vAlign w:val="center"/>
          </w:tcPr>
          <w:p w14:paraId="5BEC9F68" w14:textId="77777777" w:rsidR="00196CA2" w:rsidRDefault="00000000">
            <w:pPr>
              <w:jc w:val="center"/>
            </w:pPr>
            <w:r>
              <w:rPr>
                <w:sz w:val="15"/>
              </w:rPr>
              <w:t>9201108</w:t>
            </w:r>
          </w:p>
        </w:tc>
        <w:tc>
          <w:tcPr>
            <w:tcW w:w="3118" w:type="dxa"/>
            <w:vAlign w:val="center"/>
          </w:tcPr>
          <w:p w14:paraId="1FAC43EE" w14:textId="77777777" w:rsidR="00196CA2" w:rsidRDefault="00000000">
            <w:r>
              <w:rPr>
                <w:sz w:val="15"/>
              </w:rPr>
              <w:t>Dönem Projesi</w:t>
            </w:r>
          </w:p>
        </w:tc>
        <w:tc>
          <w:tcPr>
            <w:tcW w:w="510" w:type="dxa"/>
            <w:vAlign w:val="center"/>
          </w:tcPr>
          <w:p w14:paraId="2EB6D190" w14:textId="0FFA819F" w:rsidR="00196CA2" w:rsidRDefault="00D51BA9">
            <w:pPr>
              <w:jc w:val="center"/>
            </w:pPr>
            <w:r>
              <w:rPr>
                <w:sz w:val="15"/>
              </w:rPr>
              <w:t>Z</w:t>
            </w:r>
          </w:p>
        </w:tc>
        <w:tc>
          <w:tcPr>
            <w:tcW w:w="369" w:type="dxa"/>
            <w:vAlign w:val="center"/>
          </w:tcPr>
          <w:p w14:paraId="36923B75" w14:textId="77777777" w:rsidR="00196CA2" w:rsidRDefault="00000000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369" w:type="dxa"/>
            <w:vAlign w:val="center"/>
          </w:tcPr>
          <w:p w14:paraId="22FFCF8C" w14:textId="77777777" w:rsidR="00196CA2" w:rsidRDefault="00000000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369" w:type="dxa"/>
            <w:vAlign w:val="center"/>
          </w:tcPr>
          <w:p w14:paraId="4AC9F1BE" w14:textId="77777777" w:rsidR="00196CA2" w:rsidRDefault="00000000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482" w:type="dxa"/>
            <w:vAlign w:val="center"/>
          </w:tcPr>
          <w:p w14:paraId="404BF598" w14:textId="77777777" w:rsidR="00196CA2" w:rsidRDefault="00000000">
            <w:pPr>
              <w:jc w:val="center"/>
            </w:pPr>
            <w:r>
              <w:rPr>
                <w:sz w:val="15"/>
              </w:rPr>
              <w:t>30</w:t>
            </w:r>
          </w:p>
        </w:tc>
      </w:tr>
      <w:tr w:rsidR="00196CA2" w14:paraId="70A8F477" w14:textId="77777777">
        <w:tc>
          <w:tcPr>
            <w:tcW w:w="964" w:type="dxa"/>
            <w:vAlign w:val="center"/>
          </w:tcPr>
          <w:p w14:paraId="18546EB0" w14:textId="77777777" w:rsidR="00196CA2" w:rsidRDefault="00196CA2">
            <w:pPr>
              <w:jc w:val="center"/>
            </w:pPr>
          </w:p>
        </w:tc>
        <w:tc>
          <w:tcPr>
            <w:tcW w:w="3118" w:type="dxa"/>
            <w:vAlign w:val="center"/>
          </w:tcPr>
          <w:p w14:paraId="7A271DB7" w14:textId="77777777" w:rsidR="00196CA2" w:rsidRDefault="00000000">
            <w:r>
              <w:rPr>
                <w:b/>
                <w:sz w:val="15"/>
              </w:rPr>
              <w:t>TOPLAM</w:t>
            </w:r>
          </w:p>
        </w:tc>
        <w:tc>
          <w:tcPr>
            <w:tcW w:w="510" w:type="dxa"/>
            <w:vAlign w:val="center"/>
          </w:tcPr>
          <w:p w14:paraId="49ABF622" w14:textId="77777777" w:rsidR="00196CA2" w:rsidRDefault="00196CA2">
            <w:pPr>
              <w:jc w:val="center"/>
            </w:pPr>
          </w:p>
        </w:tc>
        <w:tc>
          <w:tcPr>
            <w:tcW w:w="369" w:type="dxa"/>
            <w:vAlign w:val="center"/>
          </w:tcPr>
          <w:p w14:paraId="650E4B8B" w14:textId="77777777" w:rsidR="00196CA2" w:rsidRDefault="00000000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69" w:type="dxa"/>
            <w:vAlign w:val="center"/>
          </w:tcPr>
          <w:p w14:paraId="7075017D" w14:textId="77777777" w:rsidR="00196CA2" w:rsidRDefault="00000000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369" w:type="dxa"/>
            <w:vAlign w:val="center"/>
          </w:tcPr>
          <w:p w14:paraId="53C70B20" w14:textId="77777777" w:rsidR="00196CA2" w:rsidRDefault="00000000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482" w:type="dxa"/>
            <w:vAlign w:val="center"/>
          </w:tcPr>
          <w:p w14:paraId="1602A810" w14:textId="77777777" w:rsidR="00196CA2" w:rsidRDefault="00000000">
            <w:pPr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964" w:type="dxa"/>
            <w:vAlign w:val="center"/>
          </w:tcPr>
          <w:p w14:paraId="7EF634B1" w14:textId="77777777" w:rsidR="00196CA2" w:rsidRDefault="00196CA2">
            <w:pPr>
              <w:jc w:val="center"/>
            </w:pPr>
          </w:p>
        </w:tc>
        <w:tc>
          <w:tcPr>
            <w:tcW w:w="3118" w:type="dxa"/>
            <w:vAlign w:val="center"/>
          </w:tcPr>
          <w:p w14:paraId="4650640F" w14:textId="77777777" w:rsidR="00196CA2" w:rsidRDefault="00000000">
            <w:r>
              <w:rPr>
                <w:b/>
                <w:sz w:val="15"/>
              </w:rPr>
              <w:t>TOPLAM</w:t>
            </w:r>
          </w:p>
        </w:tc>
        <w:tc>
          <w:tcPr>
            <w:tcW w:w="510" w:type="dxa"/>
            <w:vAlign w:val="center"/>
          </w:tcPr>
          <w:p w14:paraId="151B73BC" w14:textId="77777777" w:rsidR="00196CA2" w:rsidRDefault="00196CA2">
            <w:pPr>
              <w:jc w:val="center"/>
            </w:pPr>
          </w:p>
        </w:tc>
        <w:tc>
          <w:tcPr>
            <w:tcW w:w="369" w:type="dxa"/>
            <w:vAlign w:val="center"/>
          </w:tcPr>
          <w:p w14:paraId="5933B66E" w14:textId="77777777" w:rsidR="00196CA2" w:rsidRDefault="00000000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69" w:type="dxa"/>
            <w:vAlign w:val="center"/>
          </w:tcPr>
          <w:p w14:paraId="2FEA9093" w14:textId="77777777" w:rsidR="00196CA2" w:rsidRDefault="00000000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369" w:type="dxa"/>
            <w:vAlign w:val="center"/>
          </w:tcPr>
          <w:p w14:paraId="54B91F7C" w14:textId="77777777" w:rsidR="00196CA2" w:rsidRDefault="00000000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482" w:type="dxa"/>
            <w:vAlign w:val="center"/>
          </w:tcPr>
          <w:p w14:paraId="5CF9A7D8" w14:textId="77777777" w:rsidR="00196CA2" w:rsidRDefault="00000000">
            <w:pPr>
              <w:jc w:val="center"/>
            </w:pPr>
            <w:r>
              <w:rPr>
                <w:sz w:val="15"/>
              </w:rPr>
              <w:t>48</w:t>
            </w:r>
          </w:p>
        </w:tc>
      </w:tr>
      <w:tr w:rsidR="0011587B" w14:paraId="3E55D99B" w14:textId="77777777">
        <w:tc>
          <w:tcPr>
            <w:tcW w:w="964" w:type="dxa"/>
            <w:vAlign w:val="center"/>
          </w:tcPr>
          <w:p w14:paraId="1CB761C2" w14:textId="77777777" w:rsidR="0011587B" w:rsidRDefault="0011587B" w:rsidP="0011587B">
            <w:pPr>
              <w:jc w:val="center"/>
            </w:pPr>
          </w:p>
        </w:tc>
        <w:tc>
          <w:tcPr>
            <w:tcW w:w="3118" w:type="dxa"/>
            <w:vAlign w:val="center"/>
          </w:tcPr>
          <w:p w14:paraId="422E11F0" w14:textId="77777777" w:rsidR="0011587B" w:rsidRDefault="0011587B" w:rsidP="0011587B">
            <w:r>
              <w:rPr>
                <w:sz w:val="15"/>
              </w:rPr>
              <w:t>Seçmeli Ders</w:t>
            </w:r>
          </w:p>
        </w:tc>
        <w:tc>
          <w:tcPr>
            <w:tcW w:w="510" w:type="dxa"/>
            <w:vAlign w:val="center"/>
          </w:tcPr>
          <w:p w14:paraId="7C730272" w14:textId="77777777" w:rsidR="0011587B" w:rsidRDefault="0011587B" w:rsidP="0011587B">
            <w:pPr>
              <w:jc w:val="center"/>
            </w:pPr>
          </w:p>
        </w:tc>
        <w:tc>
          <w:tcPr>
            <w:tcW w:w="369" w:type="dxa"/>
            <w:vAlign w:val="center"/>
          </w:tcPr>
          <w:p w14:paraId="6331BC95" w14:textId="77777777" w:rsidR="0011587B" w:rsidRDefault="0011587B" w:rsidP="0011587B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69" w:type="dxa"/>
            <w:vAlign w:val="center"/>
          </w:tcPr>
          <w:p w14:paraId="061C92FF" w14:textId="77777777" w:rsidR="0011587B" w:rsidRDefault="0011587B" w:rsidP="0011587B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369" w:type="dxa"/>
            <w:vAlign w:val="center"/>
          </w:tcPr>
          <w:p w14:paraId="11400593" w14:textId="77777777" w:rsidR="0011587B" w:rsidRDefault="0011587B" w:rsidP="0011587B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482" w:type="dxa"/>
            <w:vAlign w:val="center"/>
          </w:tcPr>
          <w:p w14:paraId="60229013" w14:textId="77777777" w:rsidR="0011587B" w:rsidRDefault="0011587B" w:rsidP="0011587B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964" w:type="dxa"/>
            <w:vAlign w:val="center"/>
          </w:tcPr>
          <w:p w14:paraId="28FE012B" w14:textId="77777777" w:rsidR="0011587B" w:rsidRDefault="0011587B" w:rsidP="0011587B">
            <w:pPr>
              <w:jc w:val="center"/>
            </w:pPr>
          </w:p>
        </w:tc>
        <w:tc>
          <w:tcPr>
            <w:tcW w:w="3118" w:type="dxa"/>
            <w:vAlign w:val="center"/>
          </w:tcPr>
          <w:p w14:paraId="337FA76A" w14:textId="099A830A" w:rsidR="0011587B" w:rsidRDefault="0011587B" w:rsidP="0011587B">
            <w:r>
              <w:rPr>
                <w:sz w:val="15"/>
              </w:rPr>
              <w:t>Seçmeli Ders</w:t>
            </w:r>
          </w:p>
        </w:tc>
        <w:tc>
          <w:tcPr>
            <w:tcW w:w="510" w:type="dxa"/>
            <w:vAlign w:val="center"/>
          </w:tcPr>
          <w:p w14:paraId="43464A5A" w14:textId="77777777" w:rsidR="0011587B" w:rsidRDefault="0011587B" w:rsidP="0011587B">
            <w:pPr>
              <w:jc w:val="center"/>
            </w:pPr>
          </w:p>
        </w:tc>
        <w:tc>
          <w:tcPr>
            <w:tcW w:w="369" w:type="dxa"/>
            <w:vAlign w:val="center"/>
          </w:tcPr>
          <w:p w14:paraId="7A9F250D" w14:textId="07A1D594" w:rsidR="0011587B" w:rsidRDefault="0011587B" w:rsidP="0011587B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69" w:type="dxa"/>
            <w:vAlign w:val="center"/>
          </w:tcPr>
          <w:p w14:paraId="465D5311" w14:textId="668B3D8E" w:rsidR="0011587B" w:rsidRDefault="0011587B" w:rsidP="0011587B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369" w:type="dxa"/>
            <w:vAlign w:val="center"/>
          </w:tcPr>
          <w:p w14:paraId="054889DF" w14:textId="06C56E48" w:rsidR="0011587B" w:rsidRDefault="0011587B" w:rsidP="0011587B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482" w:type="dxa"/>
            <w:vAlign w:val="center"/>
          </w:tcPr>
          <w:p w14:paraId="4ADDE98E" w14:textId="5F247B6C" w:rsidR="0011587B" w:rsidRDefault="0011587B" w:rsidP="0011587B">
            <w:pPr>
              <w:jc w:val="center"/>
            </w:pPr>
            <w:r>
              <w:rPr>
                <w:sz w:val="15"/>
              </w:rPr>
              <w:t>6</w:t>
            </w:r>
          </w:p>
        </w:tc>
      </w:tr>
      <w:tr w:rsidR="0011587B" w14:paraId="6383D841" w14:textId="77777777">
        <w:tc>
          <w:tcPr>
            <w:tcW w:w="964" w:type="dxa"/>
            <w:vAlign w:val="center"/>
          </w:tcPr>
          <w:p w14:paraId="7E89F429" w14:textId="77777777" w:rsidR="0011587B" w:rsidRDefault="0011587B" w:rsidP="0011587B">
            <w:pPr>
              <w:jc w:val="center"/>
            </w:pPr>
          </w:p>
        </w:tc>
        <w:tc>
          <w:tcPr>
            <w:tcW w:w="3118" w:type="dxa"/>
            <w:vAlign w:val="center"/>
          </w:tcPr>
          <w:p w14:paraId="0D68B578" w14:textId="77777777" w:rsidR="0011587B" w:rsidRDefault="0011587B" w:rsidP="0011587B">
            <w:r>
              <w:rPr>
                <w:sz w:val="15"/>
              </w:rPr>
              <w:t>Seçmeli Ders</w:t>
            </w:r>
          </w:p>
        </w:tc>
        <w:tc>
          <w:tcPr>
            <w:tcW w:w="510" w:type="dxa"/>
            <w:vAlign w:val="center"/>
          </w:tcPr>
          <w:p w14:paraId="050677B7" w14:textId="77777777" w:rsidR="0011587B" w:rsidRDefault="0011587B" w:rsidP="0011587B">
            <w:pPr>
              <w:jc w:val="center"/>
            </w:pPr>
          </w:p>
        </w:tc>
        <w:tc>
          <w:tcPr>
            <w:tcW w:w="369" w:type="dxa"/>
            <w:vAlign w:val="center"/>
          </w:tcPr>
          <w:p w14:paraId="642B6705" w14:textId="77777777" w:rsidR="0011587B" w:rsidRDefault="0011587B" w:rsidP="0011587B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69" w:type="dxa"/>
            <w:vAlign w:val="center"/>
          </w:tcPr>
          <w:p w14:paraId="701C05DA" w14:textId="77777777" w:rsidR="0011587B" w:rsidRDefault="0011587B" w:rsidP="0011587B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369" w:type="dxa"/>
            <w:vAlign w:val="center"/>
          </w:tcPr>
          <w:p w14:paraId="7E1970A1" w14:textId="77777777" w:rsidR="0011587B" w:rsidRDefault="0011587B" w:rsidP="0011587B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482" w:type="dxa"/>
            <w:vAlign w:val="center"/>
          </w:tcPr>
          <w:p w14:paraId="3102DB08" w14:textId="77777777" w:rsidR="0011587B" w:rsidRDefault="0011587B" w:rsidP="0011587B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964" w:type="dxa"/>
            <w:vAlign w:val="center"/>
          </w:tcPr>
          <w:p w14:paraId="55999633" w14:textId="77777777" w:rsidR="0011587B" w:rsidRDefault="0011587B" w:rsidP="0011587B">
            <w:pPr>
              <w:jc w:val="center"/>
            </w:pPr>
          </w:p>
        </w:tc>
        <w:tc>
          <w:tcPr>
            <w:tcW w:w="3118" w:type="dxa"/>
            <w:vAlign w:val="center"/>
          </w:tcPr>
          <w:p w14:paraId="002409A2" w14:textId="159FD214" w:rsidR="0011587B" w:rsidRDefault="0011587B" w:rsidP="0011587B">
            <w:r>
              <w:rPr>
                <w:sz w:val="15"/>
              </w:rPr>
              <w:t>Seçmeli Ders</w:t>
            </w:r>
          </w:p>
        </w:tc>
        <w:tc>
          <w:tcPr>
            <w:tcW w:w="510" w:type="dxa"/>
            <w:vAlign w:val="center"/>
          </w:tcPr>
          <w:p w14:paraId="01923CEF" w14:textId="77777777" w:rsidR="0011587B" w:rsidRDefault="0011587B" w:rsidP="0011587B">
            <w:pPr>
              <w:jc w:val="center"/>
            </w:pPr>
          </w:p>
        </w:tc>
        <w:tc>
          <w:tcPr>
            <w:tcW w:w="369" w:type="dxa"/>
            <w:vAlign w:val="center"/>
          </w:tcPr>
          <w:p w14:paraId="62384F53" w14:textId="2F4AF5B3" w:rsidR="0011587B" w:rsidRDefault="0011587B" w:rsidP="0011587B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69" w:type="dxa"/>
            <w:vAlign w:val="center"/>
          </w:tcPr>
          <w:p w14:paraId="25481BB3" w14:textId="69C0A2DA" w:rsidR="0011587B" w:rsidRDefault="0011587B" w:rsidP="0011587B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369" w:type="dxa"/>
            <w:vAlign w:val="center"/>
          </w:tcPr>
          <w:p w14:paraId="5A5B7A71" w14:textId="1E346255" w:rsidR="0011587B" w:rsidRDefault="0011587B" w:rsidP="0011587B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482" w:type="dxa"/>
            <w:vAlign w:val="center"/>
          </w:tcPr>
          <w:p w14:paraId="027527C8" w14:textId="5AAD2840" w:rsidR="0011587B" w:rsidRDefault="0011587B" w:rsidP="0011587B">
            <w:pPr>
              <w:jc w:val="center"/>
            </w:pPr>
            <w:r>
              <w:rPr>
                <w:sz w:val="15"/>
              </w:rPr>
              <w:t>6</w:t>
            </w:r>
          </w:p>
        </w:tc>
      </w:tr>
      <w:tr w:rsidR="00196CA2" w14:paraId="635D719B" w14:textId="77777777">
        <w:tc>
          <w:tcPr>
            <w:tcW w:w="964" w:type="dxa"/>
            <w:vAlign w:val="center"/>
          </w:tcPr>
          <w:p w14:paraId="540C2316" w14:textId="77777777" w:rsidR="00196CA2" w:rsidRDefault="00196CA2">
            <w:pPr>
              <w:jc w:val="center"/>
            </w:pPr>
          </w:p>
        </w:tc>
        <w:tc>
          <w:tcPr>
            <w:tcW w:w="3118" w:type="dxa"/>
            <w:vAlign w:val="center"/>
          </w:tcPr>
          <w:p w14:paraId="70AADBEE" w14:textId="77777777" w:rsidR="00196CA2" w:rsidRDefault="00000000">
            <w:r>
              <w:rPr>
                <w:b/>
                <w:sz w:val="15"/>
              </w:rPr>
              <w:t>DÖNEM TOPLAMI</w:t>
            </w:r>
          </w:p>
        </w:tc>
        <w:tc>
          <w:tcPr>
            <w:tcW w:w="510" w:type="dxa"/>
            <w:vAlign w:val="center"/>
          </w:tcPr>
          <w:p w14:paraId="65C42A9A" w14:textId="77777777" w:rsidR="00196CA2" w:rsidRDefault="00196CA2">
            <w:pPr>
              <w:jc w:val="center"/>
            </w:pPr>
          </w:p>
        </w:tc>
        <w:tc>
          <w:tcPr>
            <w:tcW w:w="369" w:type="dxa"/>
            <w:vAlign w:val="center"/>
          </w:tcPr>
          <w:p w14:paraId="31A33A6D" w14:textId="77777777" w:rsidR="00196CA2" w:rsidRDefault="00000000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369" w:type="dxa"/>
            <w:vAlign w:val="center"/>
          </w:tcPr>
          <w:p w14:paraId="5E053153" w14:textId="77777777" w:rsidR="00196CA2" w:rsidRDefault="00000000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369" w:type="dxa"/>
            <w:vAlign w:val="center"/>
          </w:tcPr>
          <w:p w14:paraId="0842332B" w14:textId="77777777" w:rsidR="00196CA2" w:rsidRDefault="00000000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482" w:type="dxa"/>
            <w:vAlign w:val="center"/>
          </w:tcPr>
          <w:p w14:paraId="6EB1AF51" w14:textId="77777777" w:rsidR="00196CA2" w:rsidRDefault="00000000">
            <w:pPr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964" w:type="dxa"/>
            <w:vAlign w:val="center"/>
          </w:tcPr>
          <w:p w14:paraId="319FA732" w14:textId="77777777" w:rsidR="00196CA2" w:rsidRDefault="00196CA2">
            <w:pPr>
              <w:jc w:val="center"/>
            </w:pPr>
          </w:p>
        </w:tc>
        <w:tc>
          <w:tcPr>
            <w:tcW w:w="3118" w:type="dxa"/>
            <w:vAlign w:val="center"/>
          </w:tcPr>
          <w:p w14:paraId="54DDEAE0" w14:textId="77777777" w:rsidR="00196CA2" w:rsidRDefault="00000000">
            <w:r>
              <w:rPr>
                <w:b/>
                <w:sz w:val="15"/>
              </w:rPr>
              <w:t>DÖNEM TOPLAMI</w:t>
            </w:r>
          </w:p>
        </w:tc>
        <w:tc>
          <w:tcPr>
            <w:tcW w:w="510" w:type="dxa"/>
            <w:vAlign w:val="center"/>
          </w:tcPr>
          <w:p w14:paraId="608878AD" w14:textId="77777777" w:rsidR="00196CA2" w:rsidRDefault="00196CA2">
            <w:pPr>
              <w:jc w:val="center"/>
            </w:pPr>
          </w:p>
        </w:tc>
        <w:tc>
          <w:tcPr>
            <w:tcW w:w="369" w:type="dxa"/>
            <w:vAlign w:val="center"/>
          </w:tcPr>
          <w:p w14:paraId="6E8A74DD" w14:textId="00C39A12" w:rsidR="00196CA2" w:rsidRDefault="00D51BA9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369" w:type="dxa"/>
            <w:vAlign w:val="center"/>
          </w:tcPr>
          <w:p w14:paraId="50B23154" w14:textId="77777777" w:rsidR="00196CA2" w:rsidRDefault="00000000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369" w:type="dxa"/>
            <w:vAlign w:val="center"/>
          </w:tcPr>
          <w:p w14:paraId="5F1B44B2" w14:textId="66D71BFB" w:rsidR="00196CA2" w:rsidRDefault="00D51BA9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482" w:type="dxa"/>
            <w:vAlign w:val="center"/>
          </w:tcPr>
          <w:p w14:paraId="3427510F" w14:textId="1C540C39" w:rsidR="00196CA2" w:rsidRDefault="0011587B">
            <w:pPr>
              <w:jc w:val="center"/>
            </w:pPr>
            <w:r>
              <w:rPr>
                <w:sz w:val="15"/>
              </w:rPr>
              <w:t>60</w:t>
            </w:r>
          </w:p>
        </w:tc>
      </w:tr>
      <w:tr w:rsidR="00196CA2" w14:paraId="25B37527" w14:textId="77777777">
        <w:tc>
          <w:tcPr>
            <w:tcW w:w="12362" w:type="dxa"/>
            <w:gridSpan w:val="14"/>
            <w:shd w:val="clear" w:color="auto" w:fill="D9EAF7"/>
            <w:vAlign w:val="center"/>
          </w:tcPr>
          <w:p w14:paraId="12DC3A40" w14:textId="77777777" w:rsidR="00196CA2" w:rsidRDefault="00000000">
            <w:pPr>
              <w:jc w:val="center"/>
            </w:pPr>
            <w:r>
              <w:rPr>
                <w:b/>
              </w:rPr>
              <w:t>SEÇMELİ DERSLER</w:t>
            </w:r>
          </w:p>
        </w:tc>
      </w:tr>
      <w:tr w:rsidR="00196CA2" w14:paraId="6300268F" w14:textId="77777777">
        <w:trPr>
          <w:tblHeader/>
        </w:trPr>
        <w:tc>
          <w:tcPr>
            <w:tcW w:w="964" w:type="dxa"/>
            <w:shd w:val="clear" w:color="auto" w:fill="D9EAF7"/>
            <w:vAlign w:val="center"/>
          </w:tcPr>
          <w:p w14:paraId="70A23314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Kod</w:t>
            </w:r>
          </w:p>
        </w:tc>
        <w:tc>
          <w:tcPr>
            <w:tcW w:w="3118" w:type="dxa"/>
            <w:shd w:val="clear" w:color="auto" w:fill="D9EAF7"/>
            <w:vAlign w:val="center"/>
          </w:tcPr>
          <w:p w14:paraId="198E8546" w14:textId="77777777" w:rsidR="00196CA2" w:rsidRDefault="00196CA2">
            <w:pPr>
              <w:jc w:val="center"/>
            </w:pPr>
          </w:p>
        </w:tc>
        <w:tc>
          <w:tcPr>
            <w:tcW w:w="510" w:type="dxa"/>
            <w:shd w:val="clear" w:color="auto" w:fill="D9EAF7"/>
            <w:vAlign w:val="center"/>
          </w:tcPr>
          <w:p w14:paraId="0B9B7D6A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Statü</w:t>
            </w:r>
          </w:p>
        </w:tc>
        <w:tc>
          <w:tcPr>
            <w:tcW w:w="369" w:type="dxa"/>
            <w:shd w:val="clear" w:color="auto" w:fill="D9EAF7"/>
            <w:vAlign w:val="center"/>
          </w:tcPr>
          <w:p w14:paraId="6726FAB6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T</w:t>
            </w:r>
          </w:p>
        </w:tc>
        <w:tc>
          <w:tcPr>
            <w:tcW w:w="369" w:type="dxa"/>
            <w:shd w:val="clear" w:color="auto" w:fill="D9EAF7"/>
            <w:vAlign w:val="center"/>
          </w:tcPr>
          <w:p w14:paraId="5D6D0297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U</w:t>
            </w:r>
          </w:p>
        </w:tc>
        <w:tc>
          <w:tcPr>
            <w:tcW w:w="369" w:type="dxa"/>
            <w:shd w:val="clear" w:color="auto" w:fill="D9EAF7"/>
            <w:vAlign w:val="center"/>
          </w:tcPr>
          <w:p w14:paraId="3A0938F7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K</w:t>
            </w:r>
          </w:p>
        </w:tc>
        <w:tc>
          <w:tcPr>
            <w:tcW w:w="482" w:type="dxa"/>
            <w:shd w:val="clear" w:color="auto" w:fill="D9EAF7"/>
            <w:vAlign w:val="center"/>
          </w:tcPr>
          <w:p w14:paraId="0EDB3AF8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AKTS</w:t>
            </w:r>
          </w:p>
        </w:tc>
        <w:tc>
          <w:tcPr>
            <w:tcW w:w="964" w:type="dxa"/>
            <w:shd w:val="clear" w:color="auto" w:fill="D9EAF7"/>
            <w:vAlign w:val="center"/>
          </w:tcPr>
          <w:p w14:paraId="0B71EA67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Kod</w:t>
            </w:r>
          </w:p>
        </w:tc>
        <w:tc>
          <w:tcPr>
            <w:tcW w:w="3118" w:type="dxa"/>
            <w:shd w:val="clear" w:color="auto" w:fill="D9EAF7"/>
            <w:vAlign w:val="center"/>
          </w:tcPr>
          <w:p w14:paraId="2C3A2EA3" w14:textId="77777777" w:rsidR="00196CA2" w:rsidRDefault="00196CA2">
            <w:pPr>
              <w:jc w:val="center"/>
            </w:pPr>
          </w:p>
        </w:tc>
        <w:tc>
          <w:tcPr>
            <w:tcW w:w="510" w:type="dxa"/>
            <w:shd w:val="clear" w:color="auto" w:fill="D9EAF7"/>
            <w:vAlign w:val="center"/>
          </w:tcPr>
          <w:p w14:paraId="4F1BE60D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Statü</w:t>
            </w:r>
          </w:p>
        </w:tc>
        <w:tc>
          <w:tcPr>
            <w:tcW w:w="369" w:type="dxa"/>
            <w:shd w:val="clear" w:color="auto" w:fill="D9EAF7"/>
            <w:vAlign w:val="center"/>
          </w:tcPr>
          <w:p w14:paraId="7C555B75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T</w:t>
            </w:r>
          </w:p>
        </w:tc>
        <w:tc>
          <w:tcPr>
            <w:tcW w:w="369" w:type="dxa"/>
            <w:shd w:val="clear" w:color="auto" w:fill="D9EAF7"/>
            <w:vAlign w:val="center"/>
          </w:tcPr>
          <w:p w14:paraId="71A2966E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U</w:t>
            </w:r>
          </w:p>
        </w:tc>
        <w:tc>
          <w:tcPr>
            <w:tcW w:w="369" w:type="dxa"/>
            <w:shd w:val="clear" w:color="auto" w:fill="D9EAF7"/>
            <w:vAlign w:val="center"/>
          </w:tcPr>
          <w:p w14:paraId="0571EEA1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K</w:t>
            </w:r>
          </w:p>
        </w:tc>
        <w:tc>
          <w:tcPr>
            <w:tcW w:w="482" w:type="dxa"/>
            <w:shd w:val="clear" w:color="auto" w:fill="D9EAF7"/>
            <w:vAlign w:val="center"/>
          </w:tcPr>
          <w:p w14:paraId="7EDC42EB" w14:textId="77777777" w:rsidR="00196CA2" w:rsidRDefault="00000000">
            <w:pPr>
              <w:jc w:val="center"/>
            </w:pPr>
            <w:r>
              <w:rPr>
                <w:b/>
                <w:sz w:val="16"/>
              </w:rPr>
              <w:t>AKTS</w:t>
            </w:r>
          </w:p>
        </w:tc>
      </w:tr>
      <w:tr w:rsidR="00196CA2" w14:paraId="38D81E10" w14:textId="77777777">
        <w:tc>
          <w:tcPr>
            <w:tcW w:w="964" w:type="dxa"/>
            <w:vAlign w:val="center"/>
          </w:tcPr>
          <w:p w14:paraId="17D41916" w14:textId="77777777" w:rsidR="00196CA2" w:rsidRDefault="00000000">
            <w:pPr>
              <w:jc w:val="center"/>
            </w:pPr>
            <w:r>
              <w:rPr>
                <w:sz w:val="14"/>
              </w:rPr>
              <w:t>9201001</w:t>
            </w:r>
          </w:p>
        </w:tc>
        <w:tc>
          <w:tcPr>
            <w:tcW w:w="3118" w:type="dxa"/>
            <w:vAlign w:val="center"/>
          </w:tcPr>
          <w:p w14:paraId="3ED3325D" w14:textId="77777777" w:rsidR="00196CA2" w:rsidRDefault="00000000">
            <w:r>
              <w:rPr>
                <w:sz w:val="14"/>
              </w:rPr>
              <w:t>Sağlık Hukuku</w:t>
            </w:r>
          </w:p>
        </w:tc>
        <w:tc>
          <w:tcPr>
            <w:tcW w:w="510" w:type="dxa"/>
            <w:vAlign w:val="center"/>
          </w:tcPr>
          <w:p w14:paraId="473FFDAA" w14:textId="77777777" w:rsidR="00196CA2" w:rsidRDefault="00000000">
            <w:pPr>
              <w:jc w:val="center"/>
            </w:pPr>
            <w:r>
              <w:rPr>
                <w:sz w:val="14"/>
              </w:rPr>
              <w:t>S</w:t>
            </w:r>
          </w:p>
        </w:tc>
        <w:tc>
          <w:tcPr>
            <w:tcW w:w="369" w:type="dxa"/>
            <w:vAlign w:val="center"/>
          </w:tcPr>
          <w:p w14:paraId="7CF34177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69" w:type="dxa"/>
            <w:vAlign w:val="center"/>
          </w:tcPr>
          <w:p w14:paraId="1B2362DA" w14:textId="77777777" w:rsidR="00196CA2" w:rsidRDefault="00000000">
            <w:pPr>
              <w:jc w:val="center"/>
            </w:pPr>
            <w:r>
              <w:rPr>
                <w:sz w:val="14"/>
              </w:rPr>
              <w:t>0</w:t>
            </w:r>
          </w:p>
        </w:tc>
        <w:tc>
          <w:tcPr>
            <w:tcW w:w="369" w:type="dxa"/>
            <w:vAlign w:val="center"/>
          </w:tcPr>
          <w:p w14:paraId="3793F8F9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482" w:type="dxa"/>
            <w:vAlign w:val="center"/>
          </w:tcPr>
          <w:p w14:paraId="42C32FA4" w14:textId="77777777" w:rsidR="00196CA2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964" w:type="dxa"/>
            <w:vAlign w:val="center"/>
          </w:tcPr>
          <w:p w14:paraId="55076F7B" w14:textId="77777777" w:rsidR="00196CA2" w:rsidRDefault="00000000">
            <w:pPr>
              <w:jc w:val="center"/>
            </w:pPr>
            <w:r>
              <w:rPr>
                <w:sz w:val="14"/>
              </w:rPr>
              <w:t>9201002</w:t>
            </w:r>
          </w:p>
        </w:tc>
        <w:tc>
          <w:tcPr>
            <w:tcW w:w="3118" w:type="dxa"/>
            <w:vAlign w:val="center"/>
          </w:tcPr>
          <w:p w14:paraId="194CB7C6" w14:textId="77777777" w:rsidR="00196CA2" w:rsidRDefault="00000000">
            <w:r>
              <w:rPr>
                <w:sz w:val="14"/>
              </w:rPr>
              <w:t>Sağlık Kurumlarında İnsan Kaynakları Yönetimi</w:t>
            </w:r>
          </w:p>
        </w:tc>
        <w:tc>
          <w:tcPr>
            <w:tcW w:w="510" w:type="dxa"/>
            <w:vAlign w:val="center"/>
          </w:tcPr>
          <w:p w14:paraId="2F32E499" w14:textId="77777777" w:rsidR="00196CA2" w:rsidRDefault="00000000">
            <w:pPr>
              <w:jc w:val="center"/>
            </w:pPr>
            <w:r>
              <w:rPr>
                <w:sz w:val="14"/>
              </w:rPr>
              <w:t>S</w:t>
            </w:r>
          </w:p>
        </w:tc>
        <w:tc>
          <w:tcPr>
            <w:tcW w:w="369" w:type="dxa"/>
            <w:vAlign w:val="center"/>
          </w:tcPr>
          <w:p w14:paraId="4E7887DD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69" w:type="dxa"/>
            <w:vAlign w:val="center"/>
          </w:tcPr>
          <w:p w14:paraId="010111AA" w14:textId="77777777" w:rsidR="00196CA2" w:rsidRDefault="00000000">
            <w:pPr>
              <w:jc w:val="center"/>
            </w:pPr>
            <w:r>
              <w:rPr>
                <w:sz w:val="14"/>
              </w:rPr>
              <w:t>0</w:t>
            </w:r>
          </w:p>
        </w:tc>
        <w:tc>
          <w:tcPr>
            <w:tcW w:w="369" w:type="dxa"/>
            <w:vAlign w:val="center"/>
          </w:tcPr>
          <w:p w14:paraId="210F5B36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482" w:type="dxa"/>
            <w:vAlign w:val="center"/>
          </w:tcPr>
          <w:p w14:paraId="652ADFC9" w14:textId="77777777" w:rsidR="00196CA2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</w:tr>
      <w:tr w:rsidR="00196CA2" w14:paraId="153864AF" w14:textId="77777777">
        <w:tc>
          <w:tcPr>
            <w:tcW w:w="964" w:type="dxa"/>
            <w:vAlign w:val="center"/>
          </w:tcPr>
          <w:p w14:paraId="56062D98" w14:textId="77777777" w:rsidR="00196CA2" w:rsidRDefault="00000000">
            <w:pPr>
              <w:jc w:val="center"/>
            </w:pPr>
            <w:r>
              <w:rPr>
                <w:sz w:val="14"/>
              </w:rPr>
              <w:t>9201003</w:t>
            </w:r>
          </w:p>
        </w:tc>
        <w:tc>
          <w:tcPr>
            <w:tcW w:w="3118" w:type="dxa"/>
            <w:vAlign w:val="center"/>
          </w:tcPr>
          <w:p w14:paraId="460FFBA2" w14:textId="77777777" w:rsidR="00196CA2" w:rsidRDefault="00000000">
            <w:r>
              <w:rPr>
                <w:sz w:val="14"/>
              </w:rPr>
              <w:t>Sağlık Kurumlarında Kalite Yönetimi</w:t>
            </w:r>
          </w:p>
        </w:tc>
        <w:tc>
          <w:tcPr>
            <w:tcW w:w="510" w:type="dxa"/>
            <w:vAlign w:val="center"/>
          </w:tcPr>
          <w:p w14:paraId="6E354067" w14:textId="77777777" w:rsidR="00196CA2" w:rsidRDefault="00000000">
            <w:pPr>
              <w:jc w:val="center"/>
            </w:pPr>
            <w:r>
              <w:rPr>
                <w:sz w:val="14"/>
              </w:rPr>
              <w:t>S</w:t>
            </w:r>
          </w:p>
        </w:tc>
        <w:tc>
          <w:tcPr>
            <w:tcW w:w="369" w:type="dxa"/>
            <w:vAlign w:val="center"/>
          </w:tcPr>
          <w:p w14:paraId="0BF4A55C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69" w:type="dxa"/>
            <w:vAlign w:val="center"/>
          </w:tcPr>
          <w:p w14:paraId="43786A27" w14:textId="77777777" w:rsidR="00196CA2" w:rsidRDefault="00000000">
            <w:pPr>
              <w:jc w:val="center"/>
            </w:pPr>
            <w:r>
              <w:rPr>
                <w:sz w:val="14"/>
              </w:rPr>
              <w:t>0</w:t>
            </w:r>
          </w:p>
        </w:tc>
        <w:tc>
          <w:tcPr>
            <w:tcW w:w="369" w:type="dxa"/>
            <w:vAlign w:val="center"/>
          </w:tcPr>
          <w:p w14:paraId="7D8D28B0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482" w:type="dxa"/>
            <w:vAlign w:val="center"/>
          </w:tcPr>
          <w:p w14:paraId="2B5EF5EE" w14:textId="77777777" w:rsidR="00196CA2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964" w:type="dxa"/>
            <w:vAlign w:val="center"/>
          </w:tcPr>
          <w:p w14:paraId="750D6707" w14:textId="77777777" w:rsidR="00196CA2" w:rsidRDefault="00000000">
            <w:pPr>
              <w:jc w:val="center"/>
            </w:pPr>
            <w:r>
              <w:rPr>
                <w:sz w:val="14"/>
              </w:rPr>
              <w:t>9201004</w:t>
            </w:r>
          </w:p>
        </w:tc>
        <w:tc>
          <w:tcPr>
            <w:tcW w:w="3118" w:type="dxa"/>
            <w:vAlign w:val="center"/>
          </w:tcPr>
          <w:p w14:paraId="1E3660E5" w14:textId="77777777" w:rsidR="00196CA2" w:rsidRDefault="00000000">
            <w:r>
              <w:rPr>
                <w:sz w:val="14"/>
              </w:rPr>
              <w:t>Sağlık Politikaları</w:t>
            </w:r>
          </w:p>
        </w:tc>
        <w:tc>
          <w:tcPr>
            <w:tcW w:w="510" w:type="dxa"/>
            <w:vAlign w:val="center"/>
          </w:tcPr>
          <w:p w14:paraId="272FF381" w14:textId="77777777" w:rsidR="00196CA2" w:rsidRDefault="00000000">
            <w:pPr>
              <w:jc w:val="center"/>
            </w:pPr>
            <w:r>
              <w:rPr>
                <w:sz w:val="14"/>
              </w:rPr>
              <w:t>S</w:t>
            </w:r>
          </w:p>
        </w:tc>
        <w:tc>
          <w:tcPr>
            <w:tcW w:w="369" w:type="dxa"/>
            <w:vAlign w:val="center"/>
          </w:tcPr>
          <w:p w14:paraId="759D6C2F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69" w:type="dxa"/>
            <w:vAlign w:val="center"/>
          </w:tcPr>
          <w:p w14:paraId="334C3C7D" w14:textId="77777777" w:rsidR="00196CA2" w:rsidRDefault="00000000">
            <w:pPr>
              <w:jc w:val="center"/>
            </w:pPr>
            <w:r>
              <w:rPr>
                <w:sz w:val="14"/>
              </w:rPr>
              <w:t>0</w:t>
            </w:r>
          </w:p>
        </w:tc>
        <w:tc>
          <w:tcPr>
            <w:tcW w:w="369" w:type="dxa"/>
            <w:vAlign w:val="center"/>
          </w:tcPr>
          <w:p w14:paraId="0EB9532A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482" w:type="dxa"/>
            <w:vAlign w:val="center"/>
          </w:tcPr>
          <w:p w14:paraId="76B83E3B" w14:textId="77777777" w:rsidR="00196CA2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</w:tr>
      <w:tr w:rsidR="00196CA2" w14:paraId="38691CA2" w14:textId="77777777">
        <w:tc>
          <w:tcPr>
            <w:tcW w:w="964" w:type="dxa"/>
            <w:vAlign w:val="center"/>
          </w:tcPr>
          <w:p w14:paraId="2F7B3BCE" w14:textId="77777777" w:rsidR="00196CA2" w:rsidRDefault="00000000">
            <w:pPr>
              <w:jc w:val="center"/>
            </w:pPr>
            <w:r>
              <w:rPr>
                <w:sz w:val="14"/>
              </w:rPr>
              <w:t>9201005</w:t>
            </w:r>
          </w:p>
        </w:tc>
        <w:tc>
          <w:tcPr>
            <w:tcW w:w="3118" w:type="dxa"/>
            <w:vAlign w:val="center"/>
          </w:tcPr>
          <w:p w14:paraId="25B22A73" w14:textId="77777777" w:rsidR="00196CA2" w:rsidRDefault="00000000">
            <w:r>
              <w:rPr>
                <w:sz w:val="14"/>
              </w:rPr>
              <w:t>Olağanüstü Durumlarda Sağlık Yönetimi</w:t>
            </w:r>
          </w:p>
        </w:tc>
        <w:tc>
          <w:tcPr>
            <w:tcW w:w="510" w:type="dxa"/>
            <w:vAlign w:val="center"/>
          </w:tcPr>
          <w:p w14:paraId="3F1344BC" w14:textId="77777777" w:rsidR="00196CA2" w:rsidRDefault="00000000">
            <w:pPr>
              <w:jc w:val="center"/>
            </w:pPr>
            <w:r>
              <w:rPr>
                <w:sz w:val="14"/>
              </w:rPr>
              <w:t>S</w:t>
            </w:r>
          </w:p>
        </w:tc>
        <w:tc>
          <w:tcPr>
            <w:tcW w:w="369" w:type="dxa"/>
            <w:vAlign w:val="center"/>
          </w:tcPr>
          <w:p w14:paraId="6140BAA9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69" w:type="dxa"/>
            <w:vAlign w:val="center"/>
          </w:tcPr>
          <w:p w14:paraId="0B45C17C" w14:textId="77777777" w:rsidR="00196CA2" w:rsidRDefault="00000000">
            <w:pPr>
              <w:jc w:val="center"/>
            </w:pPr>
            <w:r>
              <w:rPr>
                <w:sz w:val="14"/>
              </w:rPr>
              <w:t>0</w:t>
            </w:r>
          </w:p>
        </w:tc>
        <w:tc>
          <w:tcPr>
            <w:tcW w:w="369" w:type="dxa"/>
            <w:vAlign w:val="center"/>
          </w:tcPr>
          <w:p w14:paraId="0E1C6E98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482" w:type="dxa"/>
            <w:vAlign w:val="center"/>
          </w:tcPr>
          <w:p w14:paraId="73CB67B3" w14:textId="77777777" w:rsidR="00196CA2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964" w:type="dxa"/>
            <w:vAlign w:val="center"/>
          </w:tcPr>
          <w:p w14:paraId="5D563DDB" w14:textId="77777777" w:rsidR="00196CA2" w:rsidRDefault="00000000">
            <w:pPr>
              <w:jc w:val="center"/>
            </w:pPr>
            <w:r>
              <w:rPr>
                <w:sz w:val="14"/>
              </w:rPr>
              <w:t>9201006</w:t>
            </w:r>
          </w:p>
        </w:tc>
        <w:tc>
          <w:tcPr>
            <w:tcW w:w="3118" w:type="dxa"/>
            <w:vAlign w:val="center"/>
          </w:tcPr>
          <w:p w14:paraId="508FCFC0" w14:textId="77777777" w:rsidR="00196CA2" w:rsidRDefault="00000000">
            <w:r>
              <w:rPr>
                <w:sz w:val="14"/>
              </w:rPr>
              <w:t>Sağlık Kurumlarında Stres Yönetimi</w:t>
            </w:r>
          </w:p>
        </w:tc>
        <w:tc>
          <w:tcPr>
            <w:tcW w:w="510" w:type="dxa"/>
            <w:vAlign w:val="center"/>
          </w:tcPr>
          <w:p w14:paraId="3821E6BF" w14:textId="77777777" w:rsidR="00196CA2" w:rsidRDefault="00000000">
            <w:pPr>
              <w:jc w:val="center"/>
            </w:pPr>
            <w:r>
              <w:rPr>
                <w:sz w:val="14"/>
              </w:rPr>
              <w:t>S</w:t>
            </w:r>
          </w:p>
        </w:tc>
        <w:tc>
          <w:tcPr>
            <w:tcW w:w="369" w:type="dxa"/>
            <w:vAlign w:val="center"/>
          </w:tcPr>
          <w:p w14:paraId="079DF9BE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69" w:type="dxa"/>
            <w:vAlign w:val="center"/>
          </w:tcPr>
          <w:p w14:paraId="5282A505" w14:textId="77777777" w:rsidR="00196CA2" w:rsidRDefault="00000000">
            <w:pPr>
              <w:jc w:val="center"/>
            </w:pPr>
            <w:r>
              <w:rPr>
                <w:sz w:val="14"/>
              </w:rPr>
              <w:t>0</w:t>
            </w:r>
          </w:p>
        </w:tc>
        <w:tc>
          <w:tcPr>
            <w:tcW w:w="369" w:type="dxa"/>
            <w:vAlign w:val="center"/>
          </w:tcPr>
          <w:p w14:paraId="79019717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482" w:type="dxa"/>
            <w:vAlign w:val="center"/>
          </w:tcPr>
          <w:p w14:paraId="4D0E4B3C" w14:textId="77777777" w:rsidR="00196CA2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</w:tr>
      <w:tr w:rsidR="00196CA2" w14:paraId="354BBED3" w14:textId="77777777">
        <w:tc>
          <w:tcPr>
            <w:tcW w:w="964" w:type="dxa"/>
            <w:vAlign w:val="center"/>
          </w:tcPr>
          <w:p w14:paraId="337C328B" w14:textId="77777777" w:rsidR="00196CA2" w:rsidRDefault="00000000">
            <w:pPr>
              <w:jc w:val="center"/>
            </w:pPr>
            <w:r>
              <w:rPr>
                <w:sz w:val="14"/>
              </w:rPr>
              <w:t>9201007</w:t>
            </w:r>
          </w:p>
        </w:tc>
        <w:tc>
          <w:tcPr>
            <w:tcW w:w="3118" w:type="dxa"/>
            <w:vAlign w:val="center"/>
          </w:tcPr>
          <w:p w14:paraId="3EABC11C" w14:textId="77777777" w:rsidR="00196CA2" w:rsidRDefault="00000000">
            <w:r>
              <w:rPr>
                <w:sz w:val="14"/>
              </w:rPr>
              <w:t>Sağlık Ekonomisi</w:t>
            </w:r>
          </w:p>
        </w:tc>
        <w:tc>
          <w:tcPr>
            <w:tcW w:w="510" w:type="dxa"/>
            <w:vAlign w:val="center"/>
          </w:tcPr>
          <w:p w14:paraId="5E1C1501" w14:textId="77777777" w:rsidR="00196CA2" w:rsidRDefault="00000000">
            <w:pPr>
              <w:jc w:val="center"/>
            </w:pPr>
            <w:r>
              <w:rPr>
                <w:sz w:val="14"/>
              </w:rPr>
              <w:t>S</w:t>
            </w:r>
          </w:p>
        </w:tc>
        <w:tc>
          <w:tcPr>
            <w:tcW w:w="369" w:type="dxa"/>
            <w:vAlign w:val="center"/>
          </w:tcPr>
          <w:p w14:paraId="765EAC4A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69" w:type="dxa"/>
            <w:vAlign w:val="center"/>
          </w:tcPr>
          <w:p w14:paraId="2904866D" w14:textId="77777777" w:rsidR="00196CA2" w:rsidRDefault="00000000">
            <w:pPr>
              <w:jc w:val="center"/>
            </w:pPr>
            <w:r>
              <w:rPr>
                <w:sz w:val="14"/>
              </w:rPr>
              <w:t>0</w:t>
            </w:r>
          </w:p>
        </w:tc>
        <w:tc>
          <w:tcPr>
            <w:tcW w:w="369" w:type="dxa"/>
            <w:vAlign w:val="center"/>
          </w:tcPr>
          <w:p w14:paraId="2DA5BA86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482" w:type="dxa"/>
            <w:vAlign w:val="center"/>
          </w:tcPr>
          <w:p w14:paraId="49F15FA0" w14:textId="77777777" w:rsidR="00196CA2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964" w:type="dxa"/>
            <w:vAlign w:val="center"/>
          </w:tcPr>
          <w:p w14:paraId="4BEE58C3" w14:textId="77777777" w:rsidR="00196CA2" w:rsidRDefault="00000000">
            <w:pPr>
              <w:jc w:val="center"/>
            </w:pPr>
            <w:r>
              <w:rPr>
                <w:sz w:val="14"/>
              </w:rPr>
              <w:t>9201008</w:t>
            </w:r>
          </w:p>
        </w:tc>
        <w:tc>
          <w:tcPr>
            <w:tcW w:w="3118" w:type="dxa"/>
            <w:vAlign w:val="center"/>
          </w:tcPr>
          <w:p w14:paraId="11D0104D" w14:textId="77777777" w:rsidR="00196CA2" w:rsidRDefault="00000000">
            <w:r>
              <w:rPr>
                <w:sz w:val="14"/>
              </w:rPr>
              <w:t>Sağlık Hizmetlerinde Pazarlama Yönetimi</w:t>
            </w:r>
          </w:p>
        </w:tc>
        <w:tc>
          <w:tcPr>
            <w:tcW w:w="510" w:type="dxa"/>
            <w:vAlign w:val="center"/>
          </w:tcPr>
          <w:p w14:paraId="760E1D2E" w14:textId="77777777" w:rsidR="00196CA2" w:rsidRDefault="00000000">
            <w:pPr>
              <w:jc w:val="center"/>
            </w:pPr>
            <w:r>
              <w:rPr>
                <w:sz w:val="14"/>
              </w:rPr>
              <w:t>S</w:t>
            </w:r>
          </w:p>
        </w:tc>
        <w:tc>
          <w:tcPr>
            <w:tcW w:w="369" w:type="dxa"/>
            <w:vAlign w:val="center"/>
          </w:tcPr>
          <w:p w14:paraId="16826B4B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69" w:type="dxa"/>
            <w:vAlign w:val="center"/>
          </w:tcPr>
          <w:p w14:paraId="245AE035" w14:textId="77777777" w:rsidR="00196CA2" w:rsidRDefault="00000000">
            <w:pPr>
              <w:jc w:val="center"/>
            </w:pPr>
            <w:r>
              <w:rPr>
                <w:sz w:val="14"/>
              </w:rPr>
              <w:t>0</w:t>
            </w:r>
          </w:p>
        </w:tc>
        <w:tc>
          <w:tcPr>
            <w:tcW w:w="369" w:type="dxa"/>
            <w:vAlign w:val="center"/>
          </w:tcPr>
          <w:p w14:paraId="4D58216D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482" w:type="dxa"/>
            <w:vAlign w:val="center"/>
          </w:tcPr>
          <w:p w14:paraId="49073A13" w14:textId="77777777" w:rsidR="00196CA2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</w:tr>
      <w:tr w:rsidR="00196CA2" w14:paraId="5C8C00CF" w14:textId="77777777">
        <w:tc>
          <w:tcPr>
            <w:tcW w:w="964" w:type="dxa"/>
            <w:vAlign w:val="center"/>
          </w:tcPr>
          <w:p w14:paraId="35E468EA" w14:textId="77777777" w:rsidR="00196CA2" w:rsidRDefault="00000000">
            <w:pPr>
              <w:jc w:val="center"/>
            </w:pPr>
            <w:r>
              <w:rPr>
                <w:sz w:val="14"/>
              </w:rPr>
              <w:t>9201009</w:t>
            </w:r>
          </w:p>
        </w:tc>
        <w:tc>
          <w:tcPr>
            <w:tcW w:w="3118" w:type="dxa"/>
            <w:vAlign w:val="center"/>
          </w:tcPr>
          <w:p w14:paraId="16999EB2" w14:textId="77777777" w:rsidR="00196CA2" w:rsidRDefault="00000000">
            <w:r>
              <w:rPr>
                <w:sz w:val="14"/>
              </w:rPr>
              <w:t>Sağlık Bilgi Yönetim Sistemleri</w:t>
            </w:r>
          </w:p>
        </w:tc>
        <w:tc>
          <w:tcPr>
            <w:tcW w:w="510" w:type="dxa"/>
            <w:vAlign w:val="center"/>
          </w:tcPr>
          <w:p w14:paraId="1E69C34B" w14:textId="77777777" w:rsidR="00196CA2" w:rsidRDefault="00000000">
            <w:pPr>
              <w:jc w:val="center"/>
            </w:pPr>
            <w:r>
              <w:rPr>
                <w:sz w:val="14"/>
              </w:rPr>
              <w:t>S</w:t>
            </w:r>
          </w:p>
        </w:tc>
        <w:tc>
          <w:tcPr>
            <w:tcW w:w="369" w:type="dxa"/>
            <w:vAlign w:val="center"/>
          </w:tcPr>
          <w:p w14:paraId="5A75E9AA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69" w:type="dxa"/>
            <w:vAlign w:val="center"/>
          </w:tcPr>
          <w:p w14:paraId="7891FB4B" w14:textId="77777777" w:rsidR="00196CA2" w:rsidRDefault="00000000">
            <w:pPr>
              <w:jc w:val="center"/>
            </w:pPr>
            <w:r>
              <w:rPr>
                <w:sz w:val="14"/>
              </w:rPr>
              <w:t>0</w:t>
            </w:r>
          </w:p>
        </w:tc>
        <w:tc>
          <w:tcPr>
            <w:tcW w:w="369" w:type="dxa"/>
            <w:vAlign w:val="center"/>
          </w:tcPr>
          <w:p w14:paraId="1362529A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482" w:type="dxa"/>
            <w:vAlign w:val="center"/>
          </w:tcPr>
          <w:p w14:paraId="3E079611" w14:textId="77777777" w:rsidR="00196CA2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964" w:type="dxa"/>
            <w:vAlign w:val="center"/>
          </w:tcPr>
          <w:p w14:paraId="4414E5E3" w14:textId="77777777" w:rsidR="00196CA2" w:rsidRDefault="00000000">
            <w:pPr>
              <w:jc w:val="center"/>
            </w:pPr>
            <w:r>
              <w:rPr>
                <w:sz w:val="14"/>
              </w:rPr>
              <w:t>9201010</w:t>
            </w:r>
          </w:p>
        </w:tc>
        <w:tc>
          <w:tcPr>
            <w:tcW w:w="3118" w:type="dxa"/>
            <w:vAlign w:val="center"/>
          </w:tcPr>
          <w:p w14:paraId="70C41BE4" w14:textId="77777777" w:rsidR="00196CA2" w:rsidRDefault="00000000">
            <w:r>
              <w:rPr>
                <w:sz w:val="14"/>
              </w:rPr>
              <w:t>Sağlık Hizmetlerinde İletişim ve Halkla İlişk...</w:t>
            </w:r>
          </w:p>
        </w:tc>
        <w:tc>
          <w:tcPr>
            <w:tcW w:w="510" w:type="dxa"/>
            <w:vAlign w:val="center"/>
          </w:tcPr>
          <w:p w14:paraId="2E6EDF48" w14:textId="77777777" w:rsidR="00196CA2" w:rsidRDefault="00000000">
            <w:pPr>
              <w:jc w:val="center"/>
            </w:pPr>
            <w:r>
              <w:rPr>
                <w:sz w:val="14"/>
              </w:rPr>
              <w:t>S</w:t>
            </w:r>
          </w:p>
        </w:tc>
        <w:tc>
          <w:tcPr>
            <w:tcW w:w="369" w:type="dxa"/>
            <w:vAlign w:val="center"/>
          </w:tcPr>
          <w:p w14:paraId="6E78A4BF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69" w:type="dxa"/>
            <w:vAlign w:val="center"/>
          </w:tcPr>
          <w:p w14:paraId="25551A31" w14:textId="77777777" w:rsidR="00196CA2" w:rsidRDefault="00000000">
            <w:pPr>
              <w:jc w:val="center"/>
            </w:pPr>
            <w:r>
              <w:rPr>
                <w:sz w:val="14"/>
              </w:rPr>
              <w:t>0</w:t>
            </w:r>
          </w:p>
        </w:tc>
        <w:tc>
          <w:tcPr>
            <w:tcW w:w="369" w:type="dxa"/>
            <w:vAlign w:val="center"/>
          </w:tcPr>
          <w:p w14:paraId="4CDA855E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482" w:type="dxa"/>
            <w:vAlign w:val="center"/>
          </w:tcPr>
          <w:p w14:paraId="763B507F" w14:textId="77777777" w:rsidR="00196CA2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</w:tr>
      <w:tr w:rsidR="00196CA2" w14:paraId="5701DEC3" w14:textId="77777777">
        <w:tc>
          <w:tcPr>
            <w:tcW w:w="964" w:type="dxa"/>
            <w:vAlign w:val="center"/>
          </w:tcPr>
          <w:p w14:paraId="0207FBF7" w14:textId="77777777" w:rsidR="00196CA2" w:rsidRDefault="00000000">
            <w:pPr>
              <w:jc w:val="center"/>
            </w:pPr>
            <w:r>
              <w:rPr>
                <w:sz w:val="14"/>
              </w:rPr>
              <w:t>9201011</w:t>
            </w:r>
          </w:p>
        </w:tc>
        <w:tc>
          <w:tcPr>
            <w:tcW w:w="3118" w:type="dxa"/>
            <w:vAlign w:val="center"/>
          </w:tcPr>
          <w:p w14:paraId="0759E263" w14:textId="77777777" w:rsidR="00196CA2" w:rsidRDefault="00000000">
            <w:r>
              <w:rPr>
                <w:sz w:val="14"/>
              </w:rPr>
              <w:t>Sağlık Turizmi</w:t>
            </w:r>
          </w:p>
        </w:tc>
        <w:tc>
          <w:tcPr>
            <w:tcW w:w="510" w:type="dxa"/>
            <w:vAlign w:val="center"/>
          </w:tcPr>
          <w:p w14:paraId="1E4EB787" w14:textId="77777777" w:rsidR="00196CA2" w:rsidRDefault="00000000">
            <w:pPr>
              <w:jc w:val="center"/>
            </w:pPr>
            <w:r>
              <w:rPr>
                <w:sz w:val="14"/>
              </w:rPr>
              <w:t>S</w:t>
            </w:r>
          </w:p>
        </w:tc>
        <w:tc>
          <w:tcPr>
            <w:tcW w:w="369" w:type="dxa"/>
            <w:vAlign w:val="center"/>
          </w:tcPr>
          <w:p w14:paraId="4CE36C0E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69" w:type="dxa"/>
            <w:vAlign w:val="center"/>
          </w:tcPr>
          <w:p w14:paraId="4BB5449E" w14:textId="77777777" w:rsidR="00196CA2" w:rsidRDefault="00000000">
            <w:pPr>
              <w:jc w:val="center"/>
            </w:pPr>
            <w:r>
              <w:rPr>
                <w:sz w:val="14"/>
              </w:rPr>
              <w:t>0</w:t>
            </w:r>
          </w:p>
        </w:tc>
        <w:tc>
          <w:tcPr>
            <w:tcW w:w="369" w:type="dxa"/>
            <w:vAlign w:val="center"/>
          </w:tcPr>
          <w:p w14:paraId="0416365F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482" w:type="dxa"/>
            <w:vAlign w:val="center"/>
          </w:tcPr>
          <w:p w14:paraId="63308D3D" w14:textId="77777777" w:rsidR="00196CA2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964" w:type="dxa"/>
            <w:vAlign w:val="center"/>
          </w:tcPr>
          <w:p w14:paraId="58A735E0" w14:textId="77777777" w:rsidR="00196CA2" w:rsidRDefault="00000000">
            <w:pPr>
              <w:jc w:val="center"/>
            </w:pPr>
            <w:r>
              <w:rPr>
                <w:sz w:val="14"/>
              </w:rPr>
              <w:t>9201012</w:t>
            </w:r>
          </w:p>
        </w:tc>
        <w:tc>
          <w:tcPr>
            <w:tcW w:w="3118" w:type="dxa"/>
            <w:vAlign w:val="center"/>
          </w:tcPr>
          <w:p w14:paraId="21CAAE9D" w14:textId="77777777" w:rsidR="00196CA2" w:rsidRDefault="00000000">
            <w:r>
              <w:rPr>
                <w:sz w:val="14"/>
              </w:rPr>
              <w:t>Sağlık Kurumlarında Stratejik Yönetim</w:t>
            </w:r>
          </w:p>
        </w:tc>
        <w:tc>
          <w:tcPr>
            <w:tcW w:w="510" w:type="dxa"/>
            <w:vAlign w:val="center"/>
          </w:tcPr>
          <w:p w14:paraId="77998783" w14:textId="77777777" w:rsidR="00196CA2" w:rsidRDefault="00000000">
            <w:pPr>
              <w:jc w:val="center"/>
            </w:pPr>
            <w:r>
              <w:rPr>
                <w:sz w:val="14"/>
              </w:rPr>
              <w:t>S</w:t>
            </w:r>
          </w:p>
        </w:tc>
        <w:tc>
          <w:tcPr>
            <w:tcW w:w="369" w:type="dxa"/>
            <w:vAlign w:val="center"/>
          </w:tcPr>
          <w:p w14:paraId="57F09B8F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69" w:type="dxa"/>
            <w:vAlign w:val="center"/>
          </w:tcPr>
          <w:p w14:paraId="448C973D" w14:textId="77777777" w:rsidR="00196CA2" w:rsidRDefault="00000000">
            <w:pPr>
              <w:jc w:val="center"/>
            </w:pPr>
            <w:r>
              <w:rPr>
                <w:sz w:val="14"/>
              </w:rPr>
              <w:t>0</w:t>
            </w:r>
          </w:p>
        </w:tc>
        <w:tc>
          <w:tcPr>
            <w:tcW w:w="369" w:type="dxa"/>
            <w:vAlign w:val="center"/>
          </w:tcPr>
          <w:p w14:paraId="6092D447" w14:textId="77777777" w:rsidR="00196CA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482" w:type="dxa"/>
            <w:vAlign w:val="center"/>
          </w:tcPr>
          <w:p w14:paraId="7BE68ED1" w14:textId="77777777" w:rsidR="00196CA2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</w:tr>
    </w:tbl>
    <w:p w14:paraId="7DCBBBD3" w14:textId="77777777" w:rsidR="00DD038F" w:rsidRDefault="00DD038F"/>
    <w:sectPr w:rsidR="00DD038F" w:rsidSect="00034616">
      <w:pgSz w:w="15840" w:h="12240" w:orient="landscape"/>
      <w:pgMar w:top="737" w:right="624" w:bottom="737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4169387">
    <w:abstractNumId w:val="8"/>
  </w:num>
  <w:num w:numId="2" w16cid:durableId="283972082">
    <w:abstractNumId w:val="6"/>
  </w:num>
  <w:num w:numId="3" w16cid:durableId="1441488262">
    <w:abstractNumId w:val="5"/>
  </w:num>
  <w:num w:numId="4" w16cid:durableId="1459958374">
    <w:abstractNumId w:val="4"/>
  </w:num>
  <w:num w:numId="5" w16cid:durableId="1085958770">
    <w:abstractNumId w:val="7"/>
  </w:num>
  <w:num w:numId="6" w16cid:durableId="2124153471">
    <w:abstractNumId w:val="3"/>
  </w:num>
  <w:num w:numId="7" w16cid:durableId="1759793383">
    <w:abstractNumId w:val="2"/>
  </w:num>
  <w:num w:numId="8" w16cid:durableId="1836677154">
    <w:abstractNumId w:val="1"/>
  </w:num>
  <w:num w:numId="9" w16cid:durableId="21100048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587B"/>
    <w:rsid w:val="0015074B"/>
    <w:rsid w:val="00196CA2"/>
    <w:rsid w:val="0029639D"/>
    <w:rsid w:val="00326F90"/>
    <w:rsid w:val="00AA1D8D"/>
    <w:rsid w:val="00AC4C3D"/>
    <w:rsid w:val="00B47730"/>
    <w:rsid w:val="00CB0664"/>
    <w:rsid w:val="00D51BA9"/>
    <w:rsid w:val="00DD03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92F7BA"/>
  <w14:defaultImageDpi w14:val="300"/>
  <w15:docId w15:val="{3E175C87-CDF4-F146-963E-12F917CF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1135</Characters>
  <Application>Microsoft Office Word</Application>
  <DocSecurity>0</DocSecurity>
  <Lines>283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Merve AKIŞ</cp:lastModifiedBy>
  <cp:revision>3</cp:revision>
  <dcterms:created xsi:type="dcterms:W3CDTF">2026-10-06T14:54:00Z</dcterms:created>
  <dcterms:modified xsi:type="dcterms:W3CDTF">2026-10-06T20:06:00Z</dcterms:modified>
  <cp:category/>
</cp:coreProperties>
</file>